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QUOTATION</w:t>
      </w:r>
    </w:p>
    <w:p>
      <w:r>
        <w:t>[Your company name]</w:t>
      </w:r>
    </w:p>
    <w:p>
      <w:r>
        <w:t>[Address] · [Phone] · [Email]</w:t>
      </w:r>
    </w:p>
    <w:p>
      <w:r>
        <w:t>VAT reg no: [if registered] · Company no: [if limited]</w:t>
      </w:r>
    </w:p>
    <w:tbl>
      <w:tblPr>
        <w:tblStyle w:val="TableGrid"/>
        <w:tblW w:type="auto" w:w="0"/>
        <w:tblLook w:firstColumn="1" w:firstRow="1" w:lastColumn="0" w:lastRow="0" w:noHBand="0" w:noVBand="1" w:val="04A0"/>
      </w:tblPr>
      <w:tblGrid>
        <w:gridCol w:w="4320"/>
        <w:gridCol w:w="4320"/>
      </w:tblGrid>
      <w:tr>
        <w:tc>
          <w:tcPr>
            <w:tcW w:type="dxa" w:w="4320"/>
          </w:tcPr>
          <w:p>
            <w:r>
              <w:t>Quote number</w:t>
            </w:r>
          </w:p>
        </w:tc>
        <w:tc>
          <w:tcPr>
            <w:tcW w:type="dxa" w:w="4320"/>
          </w:tcPr>
          <w:p>
            <w:r>
              <w:t>Q-0001</w:t>
            </w:r>
          </w:p>
        </w:tc>
      </w:tr>
      <w:tr>
        <w:tc>
          <w:tcPr>
            <w:tcW w:type="dxa" w:w="4320"/>
          </w:tcPr>
          <w:p>
            <w:r>
              <w:t>Date</w:t>
            </w:r>
          </w:p>
        </w:tc>
        <w:tc>
          <w:tcPr>
            <w:tcW w:type="dxa" w:w="4320"/>
          </w:tcPr>
          <w:p>
            <w:r>
              <w:t>DD/MM/YYYY</w:t>
            </w:r>
          </w:p>
        </w:tc>
      </w:tr>
      <w:tr>
        <w:tc>
          <w:tcPr>
            <w:tcW w:type="dxa" w:w="4320"/>
          </w:tcPr>
          <w:p>
            <w:r>
              <w:t>Valid until</w:t>
            </w:r>
          </w:p>
        </w:tc>
        <w:tc>
          <w:tcPr>
            <w:tcW w:type="dxa" w:w="4320"/>
          </w:tcPr>
          <w:p>
            <w:r>
              <w:t>DD/MM/YYYY (30 days)</w:t>
            </w:r>
          </w:p>
        </w:tc>
      </w:tr>
      <w:tr>
        <w:tc>
          <w:tcPr>
            <w:tcW w:type="dxa" w:w="4320"/>
          </w:tcPr>
          <w:p>
            <w:r>
              <w:t>Customer &amp; site address</w:t>
            </w:r>
          </w:p>
        </w:tc>
        <w:tc>
          <w:tcPr>
            <w:tcW w:type="dxa" w:w="4320"/>
          </w:tcPr>
          <w:p>
            <w:r>
              <w:t>[Name, address, postcode]</w:t>
            </w:r>
          </w:p>
        </w:tc>
      </w:tr>
    </w:tbl>
    <w:p>
      <w:pPr>
        <w:pStyle w:val="Heading1"/>
      </w:pPr>
      <w:r>
        <w:t>Scope of works</w:t>
      </w:r>
    </w:p>
    <w:p>
      <w:pPr>
        <w:pStyle w:val="ListBullet"/>
      </w:pPr>
      <w:r>
        <w:t>[Describe each part of the work clearly]</w:t>
      </w:r>
    </w:p>
    <w:p>
      <w:pPr>
        <w:pStyle w:val="ListBullet"/>
      </w:pPr>
      <w:r>
        <w:t>[Include preparation, protection and making good]</w:t>
      </w:r>
    </w:p>
    <w:p>
      <w:pPr>
        <w:pStyle w:val="ListBullet"/>
      </w:pPr>
      <w:r>
        <w:t>[Waste removal and clean-up]</w:t>
      </w:r>
    </w:p>
    <w:p>
      <w:pPr>
        <w:pStyle w:val="Heading1"/>
      </w:pPr>
      <w:r>
        <w:t>Exclusions</w:t>
      </w:r>
    </w:p>
    <w:p>
      <w:pPr>
        <w:pStyle w:val="ListBullet"/>
      </w:pPr>
      <w:r>
        <w:t>[e.g. decoration, unforeseen structural issues, items not listed above]</w:t>
      </w:r>
    </w:p>
    <w:p>
      <w:pPr>
        <w:pStyle w:val="Heading1"/>
      </w:pPr>
      <w:r>
        <w:t>Price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Item</w:t>
            </w:r>
          </w:p>
        </w:tc>
        <w:tc>
          <w:tcPr>
            <w:tcW w:type="dxa" w:w="2160"/>
          </w:tcPr>
          <w:p>
            <w:r>
              <w:t>Qty</w:t>
            </w:r>
          </w:p>
        </w:tc>
        <w:tc>
          <w:tcPr>
            <w:tcW w:type="dxa" w:w="2160"/>
          </w:tcPr>
          <w:p>
            <w:r>
              <w:t>Unit price (£)</w:t>
            </w:r>
          </w:p>
        </w:tc>
        <w:tc>
          <w:tcPr>
            <w:tcW w:type="dxa" w:w="2160"/>
          </w:tcPr>
          <w:p>
            <w:r>
              <w:t>Total (£)</w:t>
            </w:r>
          </w:p>
        </w:tc>
      </w:tr>
      <w:tr>
        <w:tc>
          <w:tcPr>
            <w:tcW w:type="dxa" w:w="2160"/>
          </w:tcPr>
          <w:p>
            <w:r>
              <w:t>Labour</w:t>
            </w:r>
          </w:p>
        </w:tc>
        <w:tc>
          <w:tcPr>
            <w:tcW w:type="dxa" w:w="2160"/>
          </w:tcPr>
          <w:p/>
        </w:tc>
        <w:tc>
          <w:tcPr>
            <w:tcW w:type="dxa" w:w="2160"/>
          </w:tcPr>
          <w:p/>
        </w:tc>
        <w:tc>
          <w:tcPr>
            <w:tcW w:type="dxa" w:w="2160"/>
          </w:tcPr>
          <w:p/>
        </w:tc>
      </w:tr>
      <w:tr>
        <w:tc>
          <w:tcPr>
            <w:tcW w:type="dxa" w:w="2160"/>
          </w:tcPr>
          <w:p>
            <w:r>
              <w:t>Materials</w:t>
            </w:r>
          </w:p>
        </w:tc>
        <w:tc>
          <w:tcPr>
            <w:tcW w:type="dxa" w:w="2160"/>
          </w:tcPr>
          <w:p/>
        </w:tc>
        <w:tc>
          <w:tcPr>
            <w:tcW w:type="dxa" w:w="2160"/>
          </w:tcPr>
          <w:p/>
        </w:tc>
        <w:tc>
          <w:tcPr>
            <w:tcW w:type="dxa" w:w="2160"/>
          </w:tcPr>
          <w:p/>
        </w:tc>
      </w:tr>
      <w:tr>
        <w:tc>
          <w:tcPr>
            <w:tcW w:type="dxa" w:w="2160"/>
          </w:tcPr>
          <w:p>
            <w:r>
              <w:t>Plant / skip hire</w:t>
            </w:r>
          </w:p>
        </w:tc>
        <w:tc>
          <w:tcPr>
            <w:tcW w:type="dxa" w:w="2160"/>
          </w:tcPr>
          <w:p/>
        </w:tc>
        <w:tc>
          <w:tcPr>
            <w:tcW w:type="dxa" w:w="2160"/>
          </w:tcPr>
          <w:p/>
        </w:tc>
        <w:tc>
          <w:tcPr>
            <w:tcW w:type="dxa" w:w="2160"/>
          </w:tcPr>
          <w:p/>
        </w:tc>
      </w:tr>
      <w:tr>
        <w:tc>
          <w:tcPr>
            <w:tcW w:type="dxa" w:w="2160"/>
          </w:tcPr>
          <w:p>
            <w:r>
              <w:t>Subcontractors</w:t>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tc>
        <w:tc>
          <w:tcPr>
            <w:tcW w:type="dxa" w:w="2160"/>
          </w:tcPr>
          <w:p/>
        </w:tc>
        <w:tc>
          <w:tcPr>
            <w:tcW w:type="dxa" w:w="2160"/>
          </w:tcPr>
          <w:p>
            <w:r>
              <w:t>Subtotal (ex VAT)</w:t>
            </w:r>
          </w:p>
        </w:tc>
        <w:tc>
          <w:tcPr>
            <w:tcW w:type="dxa" w:w="2160"/>
          </w:tcPr>
          <w:p/>
        </w:tc>
      </w:tr>
      <w:tr>
        <w:tc>
          <w:tcPr>
            <w:tcW w:type="dxa" w:w="2160"/>
          </w:tcPr>
          <w:p/>
        </w:tc>
        <w:tc>
          <w:tcPr>
            <w:tcW w:type="dxa" w:w="2160"/>
          </w:tcPr>
          <w:p/>
        </w:tc>
        <w:tc>
          <w:tcPr>
            <w:tcW w:type="dxa" w:w="2160"/>
          </w:tcPr>
          <w:p>
            <w:r>
              <w:t>VAT @ 20%</w:t>
            </w:r>
          </w:p>
        </w:tc>
        <w:tc>
          <w:tcPr>
            <w:tcW w:type="dxa" w:w="2160"/>
          </w:tcPr>
          <w:p/>
        </w:tc>
      </w:tr>
      <w:tr>
        <w:tc>
          <w:tcPr>
            <w:tcW w:type="dxa" w:w="2160"/>
          </w:tcPr>
          <w:p/>
        </w:tc>
        <w:tc>
          <w:tcPr>
            <w:tcW w:type="dxa" w:w="2160"/>
          </w:tcPr>
          <w:p/>
        </w:tc>
        <w:tc>
          <w:tcPr>
            <w:tcW w:type="dxa" w:w="2160"/>
          </w:tcPr>
          <w:p>
            <w:r>
              <w:t>TOTAL (inc VAT)</w:t>
            </w:r>
          </w:p>
        </w:tc>
        <w:tc>
          <w:tcPr>
            <w:tcW w:type="dxa" w:w="2160"/>
          </w:tcPr>
          <w:p/>
        </w:tc>
      </w:tr>
    </w:tbl>
    <w:p>
      <w:pPr>
        <w:pStyle w:val="Heading1"/>
      </w:pPr>
      <w:r>
        <w:t>Payment terms</w:t>
      </w:r>
    </w:p>
    <w:p>
      <w:pPr>
        <w:pStyle w:val="ListBullet"/>
      </w:pPr>
      <w:r>
        <w:t>Deposit: [e.g. 25%] on acceptance to book your start date</w:t>
      </w:r>
    </w:p>
    <w:p>
      <w:pPr>
        <w:pStyle w:val="ListBullet"/>
      </w:pPr>
      <w:r>
        <w:t>Stage payment: [if applicable]</w:t>
      </w:r>
    </w:p>
    <w:p>
      <w:pPr>
        <w:pStyle w:val="ListBullet"/>
      </w:pPr>
      <w:r>
        <w:t>Balance: on completion, within [7] days of invoice</w:t>
      </w:r>
    </w:p>
    <w:p>
      <w:pPr>
        <w:pStyle w:val="ListBullet"/>
      </w:pPr>
      <w:r>
        <w:t>Bank: [Account name] · Sort code [00-00-00] · Account [00000000]</w:t>
      </w:r>
    </w:p>
    <w:p>
      <w:pPr>
        <w:pStyle w:val="Heading1"/>
      </w:pPr>
      <w:r>
        <w:t>Timescale</w:t>
      </w:r>
    </w:p>
    <w:p>
      <w:r>
        <w:t>Estimated start: [date]. Estimated duration: [x] working days, weather permitting.</w:t>
      </w:r>
    </w:p>
    <w:p>
      <w:pPr>
        <w:pStyle w:val="Heading1"/>
      </w:pPr>
      <w:r>
        <w:t>Terms</w:t>
      </w:r>
    </w:p>
    <w:p>
      <w:r>
        <w:t>This quotation is a fixed price for the scope above. Any extra work will be agreed in writing before it starts. Materials remain our property until paid for in full. We hold public liability insurance of £[x]m.</w:t>
      </w:r>
    </w:p>
    <w:p>
      <w:pPr>
        <w:pStyle w:val="Heading1"/>
      </w:pPr>
      <w:r>
        <w:t>Acceptance</w:t>
      </w:r>
    </w:p>
    <w:p>
      <w:r>
        <w:t>I accept this quotation and its terms.</w:t>
        <w:br/>
        <w:br/>
        <w:t>Name: ____________________   Signature: ____________________   Date: ___/___/______</w:t>
      </w:r>
    </w:p>
    <w:p>
      <w:r>
        <w:br/>
        <w:t>Template from DQM Trade Quote — dqmconstruction.co.uk/quote-template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